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rPr>
          <w:rFonts w:ascii="Arial" w:hAnsi="Arial"/>
          <w:b/>
          <w:color w:val="5E5E5E"/>
          <w:sz w:val="17"/>
        </w:rPr>
        <w:t>GREATROKY  |  great-rock.ru  |  8 800 600-70-41</w:t>
      </w:r>
    </w:p>
    <w:p>
      <w:pPr>
        <w:spacing w:after="40"/>
      </w:pPr>
      <w:r>
        <w:rPr>
          <w:rFonts w:ascii="Arial" w:hAnsi="Arial"/>
          <w:b/>
          <w:color w:val="000000"/>
          <w:sz w:val="40"/>
        </w:rPr>
        <w:t>Тилтротатор GREATROKY GL-40</w:t>
      </w:r>
    </w:p>
    <w:p>
      <w:pPr>
        <w:spacing w:after="160"/>
      </w:pPr>
      <w:r>
        <w:rPr>
          <w:rFonts w:ascii="Arial" w:hAnsi="Arial"/>
          <w:b/>
          <w:color w:val="555555"/>
          <w:sz w:val="24"/>
        </w:rPr>
        <w:t>Для экскаваторов 3-7 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c>
          <w:tcPr>
            <w:tcW w:type="dxa" w:w="3515"/>
            <w:vAlign w:val="center"/>
            <w:tcMar>
              <w:top w:w="60" w:type="dxa"/>
              <w:start w:w="6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85538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ltrotator_ma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855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50"/>
            <w:vAlign w:val="center"/>
            <w:tcMar>
              <w:top w:w="100" w:type="dxa"/>
              <w:start w:w="180" w:type="dxa"/>
              <w:bottom w:w="100" w:type="dxa"/>
              <w:end w:w="100" w:type="dxa"/>
            </w:tcMar>
          </w:tcPr>
          <w:p>
            <w:pPr>
              <w:spacing w:after="160"/>
            </w:pPr>
            <w:r>
              <w:rPr>
                <w:rFonts w:ascii="Arial" w:hAnsi="Arial"/>
                <w:b/>
                <w:color w:val="666666"/>
                <w:sz w:val="20"/>
              </w:rPr>
              <w:t>Цена</w:t>
              <w:br/>
            </w:r>
            <w:r>
              <w:rPr>
                <w:rFonts w:ascii="Arial" w:hAnsi="Arial"/>
                <w:b/>
                <w:color w:val="E36C0A"/>
                <w:sz w:val="36"/>
              </w:rPr>
              <w:t>20 000 USD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000000"/>
                <w:sz w:val="19"/>
              </w:rPr>
              <w:t>Компактный тилтротатор для благоустройства, коммунальных и ландшафтных работ. Вращение 360° и наклон ±40° позволяют точно позиционировать ковш и другое навесное оборудование без лишних перестановок экскаватора.</w:t>
            </w:r>
          </w:p>
          <w:p>
            <w:r>
              <w:rPr>
                <w:rFonts w:ascii="Arial" w:hAnsi="Arial"/>
                <w:b/>
                <w:color w:val="333333"/>
                <w:sz w:val="18"/>
              </w:rPr>
              <w:t>Производство: Южная Корея. Гидромотор Parker.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000000"/>
          <w:sz w:val="26"/>
        </w:rPr>
        <w:t>Технические характеристики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1701"/>
        <w:gridCol w:w="3231"/>
        <w:gridCol w:w="1701"/>
      </w:tblGrid>
      <w:tr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Рекомендуемая масса экскаватора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3-7 т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Осевая нагрузка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60 кН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Масса тилтротатора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190 кг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Угол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360°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Диаметр пальцев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40 мм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Скорость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7 об/мин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Рабочее давление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180-210 бар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Момент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4 500 Н·м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Расход масла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30-80 л/мин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Угол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±40°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Момент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3 600 Н·м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Время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5 с</w:t>
            </w:r>
          </w:p>
        </w:tc>
      </w:tr>
    </w:tbl>
    <w:p>
      <w:pPr>
        <w:spacing w:before="140" w:after="40"/>
      </w:pPr>
      <w:r>
        <w:rPr>
          <w:rFonts w:ascii="Arial" w:hAnsi="Arial"/>
          <w:b/>
          <w:color w:val="000000"/>
          <w:sz w:val="22"/>
        </w:rPr>
        <w:t>Комплектация</w:t>
      </w:r>
    </w:p>
    <w:p>
      <w:pPr>
        <w:spacing w:after="100"/>
      </w:pPr>
      <w:r>
        <w:rPr>
          <w:rFonts w:ascii="Arial" w:hAnsi="Arial"/>
          <w:b w:val="0"/>
          <w:color w:val="000000"/>
          <w:sz w:val="17"/>
        </w:rPr>
        <w:t>Верхний адаптер, нижний гидравлический быстросъём, джойстики, дисплей, блок управления, электропроводка, РВД, монтажный комплект, грузовой крюк и встроенный захват.</w:t>
      </w:r>
    </w:p>
    <w:p>
      <w:pPr>
        <w:spacing w:before="60"/>
        <w:jc w:val="center"/>
      </w:pPr>
      <w:r>
        <w:rPr>
          <w:rFonts w:ascii="Arial" w:hAnsi="Arial"/>
          <w:b/>
          <w:color w:val="555555"/>
          <w:sz w:val="18"/>
        </w:rPr>
        <w:t>Срок поставки 8 недель  |  Гарантия 12 месяцев</w:t>
      </w:r>
    </w:p>
    <w:p>
      <w:r>
        <w:br w:type="page"/>
      </w:r>
    </w:p>
    <w:p>
      <w:pPr>
        <w:spacing w:after="160"/>
        <w:jc w:val="right"/>
      </w:pPr>
      <w:r>
        <w:rPr>
          <w:rFonts w:ascii="Arial" w:hAnsi="Arial"/>
          <w:b/>
          <w:color w:val="5E5E5E"/>
          <w:sz w:val="17"/>
        </w:rPr>
        <w:t>GREATROKY  |  great-rock.ru  |  8 800 600-70-41</w:t>
      </w:r>
    </w:p>
    <w:p>
      <w:pPr>
        <w:spacing w:after="40"/>
      </w:pPr>
      <w:r>
        <w:rPr>
          <w:rFonts w:ascii="Arial" w:hAnsi="Arial"/>
          <w:b/>
          <w:color w:val="000000"/>
          <w:sz w:val="40"/>
        </w:rPr>
        <w:t>Тилтротатор GREATROKY GL-50</w:t>
      </w:r>
    </w:p>
    <w:p>
      <w:pPr>
        <w:spacing w:after="160"/>
      </w:pPr>
      <w:r>
        <w:rPr>
          <w:rFonts w:ascii="Arial" w:hAnsi="Arial"/>
          <w:b/>
          <w:color w:val="555555"/>
          <w:sz w:val="24"/>
        </w:rPr>
        <w:t>Для экскаваторов 7-12 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c>
          <w:tcPr>
            <w:tcW w:type="dxa" w:w="3515"/>
            <w:vAlign w:val="center"/>
            <w:tcMar>
              <w:top w:w="60" w:type="dxa"/>
              <w:start w:w="6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85538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ltrotator_ma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855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50"/>
            <w:vAlign w:val="center"/>
            <w:tcMar>
              <w:top w:w="100" w:type="dxa"/>
              <w:start w:w="180" w:type="dxa"/>
              <w:bottom w:w="100" w:type="dxa"/>
              <w:end w:w="100" w:type="dxa"/>
            </w:tcMar>
          </w:tcPr>
          <w:p>
            <w:pPr>
              <w:spacing w:after="160"/>
            </w:pPr>
            <w:r>
              <w:rPr>
                <w:rFonts w:ascii="Arial" w:hAnsi="Arial"/>
                <w:b/>
                <w:color w:val="666666"/>
                <w:sz w:val="20"/>
              </w:rPr>
              <w:t>Цена</w:t>
              <w:br/>
            </w:r>
            <w:r>
              <w:rPr>
                <w:rFonts w:ascii="Arial" w:hAnsi="Arial"/>
                <w:b/>
                <w:color w:val="E36C0A"/>
                <w:sz w:val="36"/>
              </w:rPr>
              <w:t>22 000 USD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000000"/>
                <w:sz w:val="19"/>
              </w:rPr>
              <w:t>Тилтротатор для городского строительства, прокладки коммуникаций и планировки откосов. Вращение 360° и наклон ±40° повышают точность работы ковша, захвата и другого навесного оборудования.</w:t>
            </w:r>
          </w:p>
          <w:p>
            <w:r>
              <w:rPr>
                <w:rFonts w:ascii="Arial" w:hAnsi="Arial"/>
                <w:b/>
                <w:color w:val="333333"/>
                <w:sz w:val="18"/>
              </w:rPr>
              <w:t>Производство: Южная Корея. Гидромотор Parker.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000000"/>
          <w:sz w:val="26"/>
        </w:rPr>
        <w:t>Технические характеристики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1701"/>
        <w:gridCol w:w="3231"/>
        <w:gridCol w:w="1701"/>
      </w:tblGrid>
      <w:tr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Рекомендуемая масса экскаватора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7-12 т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Осевая нагрузка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100 кН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Масса тилтротатора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320 кг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Угол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360°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Диаметр пальцев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50 мм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Скорость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7 об/мин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Рабочее давление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180-210 бар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Момент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9 000 Н·м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Расход масла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30-80 л/мин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Угол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±40°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Момент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5 400 Н·м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Время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5 с</w:t>
            </w:r>
          </w:p>
        </w:tc>
      </w:tr>
    </w:tbl>
    <w:p>
      <w:pPr>
        <w:spacing w:before="140" w:after="40"/>
      </w:pPr>
      <w:r>
        <w:rPr>
          <w:rFonts w:ascii="Arial" w:hAnsi="Arial"/>
          <w:b/>
          <w:color w:val="000000"/>
          <w:sz w:val="22"/>
        </w:rPr>
        <w:t>Комплектация</w:t>
      </w:r>
    </w:p>
    <w:p>
      <w:pPr>
        <w:spacing w:after="100"/>
      </w:pPr>
      <w:r>
        <w:rPr>
          <w:rFonts w:ascii="Arial" w:hAnsi="Arial"/>
          <w:b w:val="0"/>
          <w:color w:val="000000"/>
          <w:sz w:val="17"/>
        </w:rPr>
        <w:t>Верхний адаптер, нижний гидравлический быстросъём, джойстики, дисплей, блок управления, электропроводка, РВД, монтажный комплект, грузовой крюк и встроенный захват.</w:t>
      </w:r>
    </w:p>
    <w:p>
      <w:pPr>
        <w:spacing w:before="60"/>
        <w:jc w:val="center"/>
      </w:pPr>
      <w:r>
        <w:rPr>
          <w:rFonts w:ascii="Arial" w:hAnsi="Arial"/>
          <w:b/>
          <w:color w:val="555555"/>
          <w:sz w:val="18"/>
        </w:rPr>
        <w:t>Срок поставки 8 недель  |  Гарантия 12 месяцев</w:t>
      </w:r>
    </w:p>
    <w:p>
      <w:r>
        <w:br w:type="page"/>
      </w:r>
    </w:p>
    <w:p>
      <w:pPr>
        <w:spacing w:after="160"/>
        <w:jc w:val="right"/>
      </w:pPr>
      <w:r>
        <w:rPr>
          <w:rFonts w:ascii="Arial" w:hAnsi="Arial"/>
          <w:b/>
          <w:color w:val="5E5E5E"/>
          <w:sz w:val="17"/>
        </w:rPr>
        <w:t>GREATROKY  |  great-rock.ru  |  8 800 600-70-41</w:t>
      </w:r>
    </w:p>
    <w:p>
      <w:pPr>
        <w:spacing w:after="40"/>
      </w:pPr>
      <w:r>
        <w:rPr>
          <w:rFonts w:ascii="Arial" w:hAnsi="Arial"/>
          <w:b/>
          <w:color w:val="000000"/>
          <w:sz w:val="40"/>
        </w:rPr>
        <w:t>Тилтротатор GREATROKY GL-60</w:t>
      </w:r>
    </w:p>
    <w:p>
      <w:pPr>
        <w:spacing w:after="160"/>
      </w:pPr>
      <w:r>
        <w:rPr>
          <w:rFonts w:ascii="Arial" w:hAnsi="Arial"/>
          <w:b/>
          <w:color w:val="555555"/>
          <w:sz w:val="24"/>
        </w:rPr>
        <w:t>Для экскаваторов 12-16 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c>
          <w:tcPr>
            <w:tcW w:type="dxa" w:w="3515"/>
            <w:vAlign w:val="center"/>
            <w:tcMar>
              <w:top w:w="60" w:type="dxa"/>
              <w:start w:w="6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85538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ltrotator_ma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855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50"/>
            <w:vAlign w:val="center"/>
            <w:tcMar>
              <w:top w:w="100" w:type="dxa"/>
              <w:start w:w="180" w:type="dxa"/>
              <w:bottom w:w="100" w:type="dxa"/>
              <w:end w:w="100" w:type="dxa"/>
            </w:tcMar>
          </w:tcPr>
          <w:p>
            <w:pPr>
              <w:spacing w:after="160"/>
            </w:pPr>
            <w:r>
              <w:rPr>
                <w:rFonts w:ascii="Arial" w:hAnsi="Arial"/>
                <w:b/>
                <w:color w:val="666666"/>
                <w:sz w:val="20"/>
              </w:rPr>
              <w:t>Цена</w:t>
              <w:br/>
            </w:r>
            <w:r>
              <w:rPr>
                <w:rFonts w:ascii="Arial" w:hAnsi="Arial"/>
                <w:b/>
                <w:color w:val="E36C0A"/>
                <w:sz w:val="36"/>
              </w:rPr>
              <w:t>27 000 USD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000000"/>
                <w:sz w:val="19"/>
              </w:rPr>
              <w:t>Тилтротатор для дорожного строительства, инженерных сетей, профилирования и планировки. Непрерывное вращение и наклон в обе стороны обеспечивают точную работу в стеснённых условиях.</w:t>
            </w:r>
          </w:p>
          <w:p>
            <w:r>
              <w:rPr>
                <w:rFonts w:ascii="Arial" w:hAnsi="Arial"/>
                <w:b/>
                <w:color w:val="333333"/>
                <w:sz w:val="18"/>
              </w:rPr>
              <w:t>Производство: Южная Корея. Гидромотор Parker.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000000"/>
          <w:sz w:val="26"/>
        </w:rPr>
        <w:t>Технические характеристики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1701"/>
        <w:gridCol w:w="3231"/>
        <w:gridCol w:w="1701"/>
      </w:tblGrid>
      <w:tr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Рекомендуемая масса экскаватора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12-16 т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Осевая нагрузка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160 кН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Масса тилтротатора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550 кг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Угол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360°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Диаметр пальцев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60 мм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Скорость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7 об/мин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Рабочее давление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180-210 бар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Момент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13 000 Н·м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Расход масла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40-120 л/мин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Угол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±40°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Момент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7 200 Н·м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Время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5 с</w:t>
            </w:r>
          </w:p>
        </w:tc>
      </w:tr>
    </w:tbl>
    <w:p>
      <w:pPr>
        <w:spacing w:before="140" w:after="40"/>
      </w:pPr>
      <w:r>
        <w:rPr>
          <w:rFonts w:ascii="Arial" w:hAnsi="Arial"/>
          <w:b/>
          <w:color w:val="000000"/>
          <w:sz w:val="22"/>
        </w:rPr>
        <w:t>Комплектация</w:t>
      </w:r>
    </w:p>
    <w:p>
      <w:pPr>
        <w:spacing w:after="100"/>
      </w:pPr>
      <w:r>
        <w:rPr>
          <w:rFonts w:ascii="Arial" w:hAnsi="Arial"/>
          <w:b w:val="0"/>
          <w:color w:val="000000"/>
          <w:sz w:val="17"/>
        </w:rPr>
        <w:t>Верхний адаптер, нижний гидравлический быстросъём, джойстики, дисплей, блок управления, электропроводка, РВД, монтажный комплект, грузовой крюк и встроенный захват.</w:t>
      </w:r>
    </w:p>
    <w:p>
      <w:pPr>
        <w:spacing w:before="60"/>
        <w:jc w:val="center"/>
      </w:pPr>
      <w:r>
        <w:rPr>
          <w:rFonts w:ascii="Arial" w:hAnsi="Arial"/>
          <w:b/>
          <w:color w:val="555555"/>
          <w:sz w:val="18"/>
        </w:rPr>
        <w:t>Срок поставки 8 недель  |  Гарантия 12 месяцев</w:t>
      </w:r>
    </w:p>
    <w:p>
      <w:r>
        <w:br w:type="page"/>
      </w:r>
    </w:p>
    <w:p>
      <w:pPr>
        <w:spacing w:after="160"/>
        <w:jc w:val="right"/>
      </w:pPr>
      <w:r>
        <w:rPr>
          <w:rFonts w:ascii="Arial" w:hAnsi="Arial"/>
          <w:b/>
          <w:color w:val="5E5E5E"/>
          <w:sz w:val="17"/>
        </w:rPr>
        <w:t>GREATROKY  |  great-rock.ru  |  8 800 600-70-41</w:t>
      </w:r>
    </w:p>
    <w:p>
      <w:pPr>
        <w:spacing w:after="40"/>
      </w:pPr>
      <w:r>
        <w:rPr>
          <w:rFonts w:ascii="Arial" w:hAnsi="Arial"/>
          <w:b/>
          <w:color w:val="000000"/>
          <w:sz w:val="40"/>
        </w:rPr>
        <w:t>Тилтротатор GREATROKY GL-70</w:t>
      </w:r>
    </w:p>
    <w:p>
      <w:pPr>
        <w:spacing w:after="160"/>
      </w:pPr>
      <w:r>
        <w:rPr>
          <w:rFonts w:ascii="Arial" w:hAnsi="Arial"/>
          <w:b/>
          <w:color w:val="555555"/>
          <w:sz w:val="24"/>
        </w:rPr>
        <w:t>Для экскаваторов 16-22 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c>
          <w:tcPr>
            <w:tcW w:type="dxa" w:w="3515"/>
            <w:vAlign w:val="center"/>
            <w:tcMar>
              <w:top w:w="60" w:type="dxa"/>
              <w:start w:w="6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85538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ltrotator_ma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855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50"/>
            <w:vAlign w:val="center"/>
            <w:tcMar>
              <w:top w:w="100" w:type="dxa"/>
              <w:start w:w="180" w:type="dxa"/>
              <w:bottom w:w="100" w:type="dxa"/>
              <w:end w:w="100" w:type="dxa"/>
            </w:tcMar>
          </w:tcPr>
          <w:p>
            <w:pPr>
              <w:spacing w:after="160"/>
            </w:pPr>
            <w:r>
              <w:rPr>
                <w:rFonts w:ascii="Arial" w:hAnsi="Arial"/>
                <w:b/>
                <w:color w:val="666666"/>
                <w:sz w:val="20"/>
              </w:rPr>
              <w:t>Цена</w:t>
              <w:br/>
            </w:r>
            <w:r>
              <w:rPr>
                <w:rFonts w:ascii="Arial" w:hAnsi="Arial"/>
                <w:b/>
                <w:color w:val="E36C0A"/>
                <w:sz w:val="36"/>
              </w:rPr>
              <w:t>30 900 USD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000000"/>
                <w:sz w:val="19"/>
              </w:rPr>
              <w:t>Тилтротатор для экскаваторов среднего класса, дорожных и земляных работ. Вращение 360°, наклон ±40° и пропорциональное управление упрощают точное позиционирование рабочего оборудования.</w:t>
            </w:r>
          </w:p>
          <w:p>
            <w:r>
              <w:rPr>
                <w:rFonts w:ascii="Arial" w:hAnsi="Arial"/>
                <w:b/>
                <w:color w:val="333333"/>
                <w:sz w:val="18"/>
              </w:rPr>
              <w:t>Производство: Южная Корея. Гидромотор Parker.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000000"/>
          <w:sz w:val="26"/>
        </w:rPr>
        <w:t>Технические характеристики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1701"/>
        <w:gridCol w:w="3231"/>
        <w:gridCol w:w="1701"/>
      </w:tblGrid>
      <w:tr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Рекомендуемая масса экскаватора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16-22 т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Осевая нагрузка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220 кН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Масса тилтротатора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790 кг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Угол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360°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Диаметр пальцев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70 мм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Скорость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7 об/мин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Рабочее давление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180-210 бар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Момент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18 000 Н·м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Расход масла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50-140 л/мин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Угол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±40°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Момент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10 800 Н·м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Время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5 с</w:t>
            </w:r>
          </w:p>
        </w:tc>
      </w:tr>
    </w:tbl>
    <w:p>
      <w:pPr>
        <w:spacing w:before="140" w:after="40"/>
      </w:pPr>
      <w:r>
        <w:rPr>
          <w:rFonts w:ascii="Arial" w:hAnsi="Arial"/>
          <w:b/>
          <w:color w:val="000000"/>
          <w:sz w:val="22"/>
        </w:rPr>
        <w:t>Комплектация</w:t>
      </w:r>
    </w:p>
    <w:p>
      <w:pPr>
        <w:spacing w:after="100"/>
      </w:pPr>
      <w:r>
        <w:rPr>
          <w:rFonts w:ascii="Arial" w:hAnsi="Arial"/>
          <w:b w:val="0"/>
          <w:color w:val="000000"/>
          <w:sz w:val="17"/>
        </w:rPr>
        <w:t>Верхний адаптер, нижний гидравлический быстросъём, джойстики, дисплей, блок управления, электропроводка, РВД, монтажный комплект, грузовой крюк и встроенный захват.</w:t>
      </w:r>
    </w:p>
    <w:p>
      <w:pPr>
        <w:spacing w:before="60"/>
        <w:jc w:val="center"/>
      </w:pPr>
      <w:r>
        <w:rPr>
          <w:rFonts w:ascii="Arial" w:hAnsi="Arial"/>
          <w:b/>
          <w:color w:val="555555"/>
          <w:sz w:val="18"/>
        </w:rPr>
        <w:t>Срок поставки 8 недель  |  Гарантия 12 месяцев</w:t>
      </w:r>
    </w:p>
    <w:p>
      <w:r>
        <w:br w:type="page"/>
      </w:r>
    </w:p>
    <w:p>
      <w:pPr>
        <w:spacing w:after="160"/>
        <w:jc w:val="right"/>
      </w:pPr>
      <w:r>
        <w:rPr>
          <w:rFonts w:ascii="Arial" w:hAnsi="Arial"/>
          <w:b/>
          <w:color w:val="5E5E5E"/>
          <w:sz w:val="17"/>
        </w:rPr>
        <w:t>GREATROKY  |  great-rock.ru  |  8 800 600-70-41</w:t>
      </w:r>
    </w:p>
    <w:p>
      <w:pPr>
        <w:spacing w:after="40"/>
      </w:pPr>
      <w:r>
        <w:rPr>
          <w:rFonts w:ascii="Arial" w:hAnsi="Arial"/>
          <w:b/>
          <w:color w:val="000000"/>
          <w:sz w:val="40"/>
        </w:rPr>
        <w:t>Тилтротатор GREATROKY GL-80</w:t>
      </w:r>
    </w:p>
    <w:p>
      <w:pPr>
        <w:spacing w:after="160"/>
      </w:pPr>
      <w:r>
        <w:rPr>
          <w:rFonts w:ascii="Arial" w:hAnsi="Arial"/>
          <w:b/>
          <w:color w:val="555555"/>
          <w:sz w:val="24"/>
        </w:rPr>
        <w:t>Для экскаваторов 22-28 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c>
          <w:tcPr>
            <w:tcW w:type="dxa" w:w="3515"/>
            <w:vAlign w:val="center"/>
            <w:tcMar>
              <w:top w:w="60" w:type="dxa"/>
              <w:start w:w="60" w:type="dxa"/>
              <w:bottom w:w="6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85538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ltrotator_ma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855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350"/>
            <w:vAlign w:val="center"/>
            <w:tcMar>
              <w:top w:w="100" w:type="dxa"/>
              <w:start w:w="180" w:type="dxa"/>
              <w:bottom w:w="100" w:type="dxa"/>
              <w:end w:w="100" w:type="dxa"/>
            </w:tcMar>
          </w:tcPr>
          <w:p>
            <w:pPr>
              <w:spacing w:after="160"/>
            </w:pPr>
            <w:r>
              <w:rPr>
                <w:rFonts w:ascii="Arial" w:hAnsi="Arial"/>
                <w:b/>
                <w:color w:val="666666"/>
                <w:sz w:val="20"/>
              </w:rPr>
              <w:t>Цена</w:t>
              <w:br/>
            </w:r>
            <w:r>
              <w:rPr>
                <w:rFonts w:ascii="Arial" w:hAnsi="Arial"/>
                <w:b/>
                <w:color w:val="E36C0A"/>
                <w:sz w:val="36"/>
              </w:rPr>
              <w:t>По запросу</w:t>
            </w:r>
          </w:p>
          <w:p>
            <w:pPr>
              <w:spacing w:after="100"/>
            </w:pPr>
            <w:r>
              <w:rPr>
                <w:rFonts w:ascii="Arial" w:hAnsi="Arial"/>
                <w:b w:val="0"/>
                <w:color w:val="000000"/>
                <w:sz w:val="19"/>
              </w:rPr>
              <w:t>Тилтротатор для крупных земляных и дорожных работ, профилирования и планировки. Модель рассчитана на тяжёлое навесное оборудование и обеспечивает вращение 360° и наклон ±40°.</w:t>
            </w:r>
          </w:p>
          <w:p>
            <w:r>
              <w:rPr>
                <w:rFonts w:ascii="Arial" w:hAnsi="Arial"/>
                <w:b/>
                <w:color w:val="333333"/>
                <w:sz w:val="18"/>
              </w:rPr>
              <w:t>Производство: Южная Корея. Гидромотор Parker.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000000"/>
          <w:sz w:val="26"/>
        </w:rPr>
        <w:t>Технические характеристики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1701"/>
        <w:gridCol w:w="3231"/>
        <w:gridCol w:w="1701"/>
      </w:tblGrid>
      <w:tr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Параметр</w:t>
            </w:r>
          </w:p>
        </w:tc>
        <w:tc>
          <w:tcPr>
            <w:tcW w:type="dxa" w:w="2649"/>
            <w:shd w:fill="333333"/>
            <w:tcMar>
              <w:top w:w="60" w:type="dxa"/>
              <w:start w:w="100" w:type="dxa"/>
              <w:bottom w:w="6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Значение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Рекомендуемая масса экскаватора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22-28 т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Осевая нагрузка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280 кН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Масса тилтротатора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960 кг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Угол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360°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Диаметр пальцев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80 мм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Скорость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7 об/мин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Рабочее давление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180-210 бар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Момент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25 000 Н·м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Расход масла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60-160 л/мин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Угол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±40°</w:t>
            </w:r>
          </w:p>
        </w:tc>
      </w:tr>
      <w:tr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Момент вращения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14 400 Н·м</w:t>
            </w:r>
          </w:p>
        </w:tc>
        <w:tc>
          <w:tcPr>
            <w:tcW w:type="dxa" w:w="323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Время наклона</w:t>
            </w:r>
          </w:p>
        </w:tc>
        <w:tc>
          <w:tcPr>
            <w:tcW w:type="dxa" w:w="1701"/>
            <w:tcMar>
              <w:top w:w="45" w:type="dxa"/>
              <w:start w:w="90" w:type="dxa"/>
              <w:bottom w:w="45" w:type="dxa"/>
              <w:end w:w="90" w:type="dxa"/>
            </w:tcMar>
            <w:shd w:fill="F2F2F2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5 с</w:t>
            </w:r>
          </w:p>
        </w:tc>
      </w:tr>
    </w:tbl>
    <w:p>
      <w:pPr>
        <w:spacing w:before="140" w:after="40"/>
      </w:pPr>
      <w:r>
        <w:rPr>
          <w:rFonts w:ascii="Arial" w:hAnsi="Arial"/>
          <w:b/>
          <w:color w:val="000000"/>
          <w:sz w:val="22"/>
        </w:rPr>
        <w:t>Комплектация</w:t>
      </w:r>
    </w:p>
    <w:p>
      <w:pPr>
        <w:spacing w:after="100"/>
      </w:pPr>
      <w:r>
        <w:rPr>
          <w:rFonts w:ascii="Arial" w:hAnsi="Arial"/>
          <w:b w:val="0"/>
          <w:color w:val="000000"/>
          <w:sz w:val="17"/>
        </w:rPr>
        <w:t>Верхний адаптер, нижний гидравлический быстросъём, джойстики, дисплей, блок управления, электропроводка, РВД, монтажный комплект, грузовой крюк и встроенный захват.</w:t>
      </w:r>
    </w:p>
    <w:p>
      <w:pPr>
        <w:spacing w:before="60"/>
        <w:jc w:val="center"/>
      </w:pPr>
      <w:r>
        <w:rPr>
          <w:rFonts w:ascii="Arial" w:hAnsi="Arial"/>
          <w:b/>
          <w:color w:val="555555"/>
          <w:sz w:val="18"/>
        </w:rPr>
        <w:t>Срок поставки 8 недель  |  Гарантия 12 месяцев</w:t>
      </w:r>
    </w:p>
    <w:sectPr w:rsidR="00FC693F" w:rsidRPr="0006063C" w:rsidSect="00034616">
      <w:pgSz w:w="12240" w:h="15840"/>
      <w:pgMar w:top="652" w:right="822" w:bottom="652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Карточки тилтротаторов GREATROKY серии GL</dc:title>
  <dc:subject>Фото, описание, цены и технические характеристики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